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6F1D3A"/>
          <w:sz w:val="50"/>
        </w:rPr>
        <w:t>LE FOLLOW-UP DE VALEUR</w:t>
      </w:r>
    </w:p>
    <w:p>
      <w:pPr>
        <w:jc w:val="center"/>
      </w:pPr>
      <w:r>
        <w:rPr>
          <w:sz w:val="26"/>
        </w:rPr>
        <w:t>Que faire après un entretien pour ne pas redevenir un CV parmi les autres</w:t>
      </w:r>
    </w:p>
    <w:p>
      <w:pPr>
        <w:jc w:val="center"/>
        <w:shd w:fill="E9DCE2"/>
      </w:pPr>
      <w:r>
        <w:rPr>
          <w:b/>
          <w:color w:val="6F1D3A"/>
        </w:rPr>
        <w:t>Une méthode Héros De L'Ombre</w:t>
      </w:r>
    </w:p>
    <w:p>
      <w:pPr>
        <w:spacing w:after="120"/>
      </w:pPr>
      <w:r>
        <w:t>Le principe : après l'entretien, ne remercie pas seulement. Utilise ce que tu viens d'apprendre pour montrer comment tu réfléchis, comment tu travailles et quelle valeur tu pourrais apporter.</w:t>
      </w:r>
    </w:p>
    <w:p>
      <w:pPr>
        <w:spacing w:after="120"/>
      </w:pPr>
      <w:r>
        <w:t>Ce guide contient la méthode, une checklist et deux exemples complets : Business Developer / Commercial B2B et Marketing.</w:t>
      </w:r>
    </w:p>
    <w:p>
      <w:r>
        <w:br w:type="page"/>
      </w:r>
    </w:p>
    <w:p>
      <w:pPr>
        <w:pStyle w:val="Heading1"/>
      </w:pPr>
      <w:r>
        <w:t>1. Le mail de remerciement ne suffit pas</w:t>
      </w:r>
    </w:p>
    <w:p>
      <w:pPr>
        <w:spacing w:after="120"/>
      </w:pPr>
      <w:r>
        <w:t>Après un entretien, beaucoup de candidats envoient un message poli : merci pour votre temps, j'ai apprécié notre échange, je reste très motivé. C'est courtois. Mais cela apporte rarement une information nouvelle au recruteur.</w:t>
      </w:r>
    </w:p>
    <w:p>
      <w:pPr>
        <w:spacing w:after="120"/>
        <w:shd w:fill="E9DCE2"/>
      </w:pPr>
      <w:r>
        <w:rPr>
          <w:b/>
        </w:rPr>
        <w:t>Le Follow-up de valeur a un autre objectif : exploiter les informations obtenues pendant l'entretien pour produire une preuve supplémentaire de compétence.</w:t>
      </w:r>
    </w:p>
    <w:p>
      <w:pPr>
        <w:spacing w:after="120"/>
      </w:pPr>
      <w:r>
        <w:t>Pendant l'échange, l'entreprise t'a peut-être révélé une priorité, une difficulté, un objectif ou un projet que tu ne pouvais pas connaître au moment de ta candidature. C'est cette information qui devient la matière première de ton follow-up.</w:t>
      </w:r>
    </w:p>
    <w:p>
      <w:pPr>
        <w:spacing w:after="120"/>
      </w:pPr>
      <w:r>
        <w:t>Ce n'est pas un deuxième entretien par mail. Ce n'est pas non plus une mission de conseil gratuite. Tu ne prétends pas résoudre un problème complexe avec trois informations et un café. Tu montres comment tu commencerais à l'aborder.</w:t>
      </w:r>
    </w:p>
    <w:p>
      <w:pPr>
        <w:pStyle w:val="Heading1"/>
      </w:pPr>
      <w:r>
        <w:t>2. La méthode HDLO en 5 étapes</w:t>
      </w:r>
    </w:p>
    <w:p>
      <w:r>
        <w:rPr>
          <w:b/>
        </w:rPr>
        <w:t xml:space="preserve">1. Isole un seul enjeu. </w:t>
      </w:r>
      <w:r>
        <w:t>Choisis le sujet le plus important pour le poste, pas les neuf problèmes évoqués pendant l'entretien.</w:t>
      </w:r>
    </w:p>
    <w:p>
      <w:r>
        <w:rPr>
          <w:b/>
        </w:rPr>
        <w:t xml:space="preserve">2. Reformule ce que tu as compris. </w:t>
      </w:r>
      <w:r>
        <w:t>Une ou deux phrases suffisent. L'objectif est de montrer que tu as écouté et compris le contexte.</w:t>
      </w:r>
    </w:p>
    <w:p>
      <w:r>
        <w:rPr>
          <w:b/>
        </w:rPr>
        <w:t xml:space="preserve">3. Propose une approche. </w:t>
      </w:r>
      <w:r>
        <w:t>Explique ce que tu analyserais, vérifierais ou testerais en premier. Présente des hypothèses, pas des certitudes.</w:t>
      </w:r>
    </w:p>
    <w:p>
      <w:r>
        <w:rPr>
          <w:b/>
        </w:rPr>
        <w:t xml:space="preserve">4. Apporte une preuve. </w:t>
      </w:r>
      <w:r>
        <w:t>Relie ton approche à une expérience, un résultat, un projet, une méthode ou une compétence réellement maîtrisée.</w:t>
      </w:r>
    </w:p>
    <w:p>
      <w:r>
        <w:rPr>
          <w:b/>
        </w:rPr>
        <w:t xml:space="preserve">5. Projette-toi dans le poste. </w:t>
      </w:r>
      <w:r>
        <w:t>Termine en montrant comment tu pourrais poursuivre ce travail si tu rejoignais l'équipe.</w:t>
      </w:r>
    </w:p>
    <w:p>
      <w:pPr>
        <w:pStyle w:val="Heading2"/>
      </w:pPr>
      <w:r>
        <w:t>Combien faut-il en donner ?</w:t>
      </w:r>
    </w:p>
    <w:p>
      <w:pPr>
        <w:spacing w:after="120"/>
      </w:pPr>
      <w:r>
        <w:t>Assez pour rendre ta manière de travailler visible. Pas assez pour exécuter gratuitement la mission. Selon le sujet, le bon format peut être un mail développé, une page jointe, trois slides, un tableau, un schéma ou une mini-analyse.</w:t>
      </w:r>
    </w:p>
    <w:p>
      <w:pPr>
        <w:pStyle w:val="Heading1"/>
      </w:pPr>
      <w:r>
        <w:t>3. Checklist : ce que tu dois récupérer pendant l'entretien</w:t>
      </w:r>
    </w:p>
    <w:p>
      <w:r>
        <w:t>☐ La priorité du poste dans les 3 à 12 prochains mois.</w:t>
      </w:r>
    </w:p>
    <w:p>
      <w:r>
        <w:t>☐ Le problème qui explique réellement le recrutement.</w:t>
      </w:r>
    </w:p>
    <w:p>
      <w:r>
        <w:t>☐ Un objectif mesurable : croissance, délai, conversion, coûts, satisfaction, qualité, recrutement, rétention...</w:t>
      </w:r>
    </w:p>
    <w:p>
      <w:r>
        <w:t>☐ Ce qui a déjà été essayé, si l'information est disponible.</w:t>
      </w:r>
    </w:p>
    <w:p>
      <w:r>
        <w:t>☐ Les contraintes importantes : budget, équipe, outils, calendrier, réglementation, dépendances.</w:t>
      </w:r>
    </w:p>
    <w:p>
      <w:r>
        <w:t>☐ Le nom des équipes ou interlocuteurs concernés par le problème.</w:t>
      </w:r>
    </w:p>
    <w:p>
      <w:r>
        <w:t>☐ La façon dont l'entreprise mesurerait la réussite de la personne recrutée.</w:t>
      </w:r>
    </w:p>
    <w:p>
      <w:r>
        <w:t>☐ Une information nouvelle que tu ne pouvais pas trouver sur le site de l'entreprise ou dans l'offre.</w:t>
      </w:r>
    </w:p>
    <w:p>
      <w:pPr>
        <w:pStyle w:val="Heading2"/>
      </w:pPr>
      <w:r>
        <w:t>Avant d'envoyer ton follow-up</w:t>
      </w:r>
    </w:p>
    <w:p>
      <w:r>
        <w:t>☐ Je traite un seul enjeu principal.</w:t>
      </w:r>
    </w:p>
    <w:p>
      <w:r>
        <w:t>☐ Je distingue clairement ce que je sais de ce que je suppose.</w:t>
      </w:r>
    </w:p>
    <w:p>
      <w:r>
        <w:t>☐ Je ne présente pas une solution définitive sans disposer des données internes.</w:t>
      </w:r>
    </w:p>
    <w:p>
      <w:r>
        <w:t>☐ J'apporte au moins une preuve liée à mon expérience.</w:t>
      </w:r>
    </w:p>
    <w:p>
      <w:r>
        <w:t>☐ Le document peut être compris rapidement par un manager.</w:t>
      </w:r>
    </w:p>
    <w:p>
      <w:r>
        <w:t>☐ Je n'ai inclus aucune information confidentielle provenant d'un ancien employeur.</w:t>
      </w:r>
    </w:p>
    <w:p>
      <w:r>
        <w:t>☐ Je ne livre pas gratuitement plusieurs jours de travail.</w:t>
      </w:r>
    </w:p>
    <w:p>
      <w:r>
        <w:t>☐ Mon message apporte quelque chose de plus que « je suis motivé ».</w:t>
      </w:r>
    </w:p>
    <w:p>
      <w:pPr>
        <w:pStyle w:val="Heading2"/>
      </w:pPr>
      <w:r>
        <w:t>Si tu avais déjà envoyé un dossier projet</w:t>
      </w:r>
    </w:p>
    <w:p>
      <w:pPr>
        <w:spacing w:after="120"/>
      </w:pPr>
      <w:r>
        <w:t>Ne recommence pas depuis zéro. Reprends l'hypothèse ou la stratégie proposée avant l'entretien et mets-la à jour avec les informations nouvelles. C'est une excellente manière de montrer que tu sais écouter, apprendre et corriger ton approche.</w:t>
      </w:r>
    </w:p>
    <w:p>
      <w:r>
        <w:br w:type="page"/>
      </w:r>
    </w:p>
    <w:p>
      <w:pPr>
        <w:pStyle w:val="Heading1"/>
      </w:pPr>
      <w:r>
        <w:t>4. Exemple complet : Business Developer / Commercial B2B</w:t>
      </w:r>
    </w:p>
    <w:p>
      <w:pPr>
        <w:spacing w:after="120"/>
      </w:pPr>
      <w:r>
        <w:t>Contexte fictif : pendant l'entretien, le directeur commercial explique que l'entreprise génère beaucoup de premiers rendez-vous mais transforme trop peu de prospects en clients grands comptes. L'objectif de l'année est d'augmenter le taux de conversion sans augmenter fortement le volume de prospection.</w:t>
      </w:r>
    </w:p>
    <w:p>
      <w:pPr>
        <w:pStyle w:val="Heading2"/>
      </w:pPr>
      <w:r>
        <w:t>Objet : Suite à notre échange - quelques pistes sur la conversion grands comptes</w:t>
      </w:r>
    </w:p>
    <w:p>
      <w:pPr>
        <w:shd w:fill="F4F1F2"/>
      </w:pPr>
      <w:r>
        <w:t>Bonjour Madame Martin,</w:t>
        <w:br/>
        <w:br/>
        <w:t>Merci pour notre échange de ce matin. J'ai notamment retenu votre objectif d'améliorer la transformation des opportunités grands comptes sans demander à l'équipe de simplement prospecter davantage.</w:t>
        <w:br/>
        <w:br/>
        <w:t>J'ai continué à réfléchir à ce sujet après notre entretien. Avec les informations dont je dispose aujourd'hui, je commencerais par trois analyses :</w:t>
        <w:br/>
        <w:br/>
        <w:t>1. Identifier où se produit réellement la perte dans le cycle de vente. Je regarderais la conversion par étape, par segment et par source afin de distinguer un problème de qualification, de proposition de valeur, de délai ou de décision.</w:t>
        <w:br/>
        <w:br/>
        <w:t>2. Comparer les opportunités gagnées et perdues. L'objectif serait d'identifier les caractéristiques communes des comptes qui avancent : interlocuteur impliqué, niveau hiérarchique atteint, cas d'usage, délai, objections, concurrence ou absence de sponsor interne.</w:t>
        <w:br/>
        <w:br/>
        <w:t>3. Tester une approche spécifique sur un segment prioritaire. Plutôt que de modifier immédiatement l'ensemble du process, je sélectionnerais un groupe de comptes comparables, avec un message, des preuves et un suivi adaptés, puis je mesurerais l'effet sur la progression dans le pipeline.</w:t>
        <w:br/>
        <w:br/>
        <w:t>Dans mon précédent poste, j'avais travaillé sur une problématique comparable de conversion. [Insérer ici une réalisation réelle : action menée + résultat chiffré ou observable.] Cette expérience me conduit à privilégier un diagnostic du pipeline avant d'augmenter mécaniquement l'effort de prospection.</w:t>
        <w:br/>
        <w:br/>
        <w:t>Je n'ai évidemment pas encore accès aux données qui permettraient de valider ces hypothèses. Mais notre échange m'a donné envie de vous montrer plus concrètement la manière dont j'aborderais le sujet si je rejoignais l'équipe.</w:t>
        <w:br/>
        <w:br/>
        <w:t>Bien cordialement,</w:t>
        <w:br/>
        <w:t>[Prénom Nom]</w:t>
      </w:r>
    </w:p>
    <w:p>
      <w:pPr>
        <w:spacing w:after="120"/>
      </w:pPr>
      <w:r>
        <w:t>Pourquoi ça fonctionne : le candidat ne prétend pas connaître la solution. Il montre qu'il a compris l'enjeu, qu'il sait structurer un diagnostic, qu'il peut rattacher son approche à une preuve et qu'il se projette déjà dans le poste.</w:t>
      </w:r>
    </w:p>
    <w:p>
      <w:r>
        <w:br w:type="page"/>
      </w:r>
    </w:p>
    <w:p>
      <w:pPr>
        <w:pStyle w:val="Heading1"/>
      </w:pPr>
      <w:r>
        <w:t>5. Exemple complet : Responsable marketing / Marketing Manager</w:t>
      </w:r>
    </w:p>
    <w:p>
      <w:pPr>
        <w:spacing w:after="120"/>
      </w:pPr>
      <w:r>
        <w:t>Contexte fictif : pendant l'entretien, la direction explique que l'entreprise génère beaucoup de trafic et de leads grâce au contenu et aux campagnes payantes, mais que le volume d'opportunités commerciales issues de ces leads reste décevant. Marketing et ventes ne s'accordent pas toujours sur la qualité des leads.</w:t>
      </w:r>
    </w:p>
    <w:p>
      <w:pPr>
        <w:pStyle w:val="Heading2"/>
      </w:pPr>
      <w:r>
        <w:t>Objet : Suite à notre entretien - une première approche du sujet conversion marketing / ventes</w:t>
      </w:r>
    </w:p>
    <w:p>
      <w:pPr>
        <w:shd w:fill="F4F1F2"/>
      </w:pPr>
      <w:r>
        <w:t>Bonjour Monsieur Bernard,</w:t>
        <w:br/>
        <w:br/>
        <w:t>Notre échange m'a permis de mieux comprendre l'un des enjeux du poste : vous avez réussi à développer l'acquisition, mais cette croissance ne se traduit pas encore suffisamment en opportunités commerciales qualifiées.</w:t>
        <w:br/>
        <w:br/>
        <w:t>J'ai repris le sujet après notre entretien. Avant d'augmenter le budget média ou le volume de contenus, je chercherais d'abord à comprendre ce qui se passe entre l'acquisition du lead et sa prise en charge commerciale.</w:t>
        <w:br/>
        <w:br/>
        <w:t>1. Reconstituer le parcours des leads qui deviennent réellement des opportunités. Canal d'origine, contenu consulté, profil, délai avant prise de contact, interactions successives et motif de conversion. L'objectif serait d'identifier les signaux qui distinguent les leads à forte intention du reste du volume.</w:t>
        <w:br/>
        <w:br/>
        <w:t>2. Comparer les définitions marketing et commerciales d'un « bon lead ». Si les deux équipes n'utilisent pas les mêmes critères, augmenter le nombre de MQL risque surtout d'augmenter le bruit. Je formaliserais avec les ventes quelques critères communs et observables avant de modifier le scoring.</w:t>
        <w:br/>
        <w:br/>
        <w:t>3. Tester une séquence sur un segment prioritaire. Je choisirais un segment suffisamment important, puis je testerais une combinaison contenu + nurturing + passage aux ventes avec des indicateurs définis à l'avance : engagement, qualification, prise de rendez-vous et transformation en opportunité.</w:t>
        <w:br/>
        <w:br/>
        <w:t>Dans mon précédent poste, [insérer ici un cas réel : problème marketing rencontré, action menée, résultat obtenu]. C'est notamment cette expérience qui m'inciterait à travailler d'abord sur la qualité du passage marketing-ventes plutôt qu'à chercher immédiatement davantage de volume.</w:t>
        <w:br/>
        <w:br/>
        <w:t>Je sais qu'il me manque encore vos données, vos historiques de campagnes et la vision détaillée du cycle commercial. Il ne s'agit donc pas d'une recommandation définitive, mais d'un aperçu de la manière dont je commencerais à travailler sur le sujet avec vos équipes.</w:t>
        <w:br/>
        <w:br/>
        <w:t>Merci encore pour la qualité de notre échange.</w:t>
        <w:br/>
        <w:br/>
        <w:t>Bien cordialement,</w:t>
        <w:br/>
        <w:t>[Prénom Nom]</w:t>
      </w:r>
    </w:p>
    <w:p>
      <w:pPr>
        <w:spacing w:after="120"/>
      </w:pPr>
      <w:r>
        <w:t>Ce que le candidat démontre ici : capacité d'analyse, culture de la mesure, compréhension du lien marketing-ventes, prudence dans les conclusions et aptitude à transformer un problème flou en premières étapes opérationnelles.</w:t>
      </w:r>
    </w:p>
    <w:p>
      <w:pPr>
        <w:pStyle w:val="Heading1"/>
      </w:pPr>
      <w:r>
        <w:t>6. Ton canevas à remplir</w:t>
      </w:r>
    </w:p>
    <w:p>
      <w:pPr>
        <w:shd w:fill="F4F1F2"/>
      </w:pPr>
      <w:r>
        <w:t>Objet : Suite à notre échange - quelques pistes sur [enjeu]</w:t>
        <w:br/>
        <w:br/>
        <w:t>Bonjour [Nom],</w:t>
        <w:br/>
        <w:br/>
        <w:t>Notre échange m'a permis de mieux comprendre [enjeu / priorité / difficulté]. J'ai notamment retenu [information concrète obtenue pendant l'entretien].</w:t>
        <w:br/>
        <w:br/>
        <w:t>J'ai continué à réfléchir au sujet après notre entretien. Avec les informations dont je dispose aujourd'hui, je commencerais par :</w:t>
        <w:br/>
        <w:br/>
        <w:t>1. [première analyse / vérification]</w:t>
        <w:br/>
        <w:t>2. [deuxième analyse / hypothèse]</w:t>
        <w:br/>
        <w:t>3. [test / première action / piste]</w:t>
        <w:br/>
        <w:br/>
        <w:t>Dans mon expérience chez [entreprise / projet], j'ai déjà travaillé sur [problématique comparable]. J'avais [action] et obtenu [résultat réel].</w:t>
        <w:br/>
        <w:br/>
        <w:t>Je n'ai évidemment pas encore accès à [données / contraintes / historique], donc je présente ces éléments comme des pistes de travail et non comme une solution définitive. Je souhaitais surtout vous donner un aperçu plus concret de la manière dont j'aborderais [enjeu] si je rejoignais l'équipe.</w:t>
        <w:br/>
        <w:br/>
        <w:t>Bien cordialement,</w:t>
        <w:br/>
        <w:t>[Nom]</w:t>
      </w:r>
    </w:p>
    <w:p>
      <w:pPr>
        <w:pStyle w:val="Heading2"/>
      </w:pPr>
      <w:r>
        <w:t>La règle HDLO</w:t>
      </w:r>
    </w:p>
    <w:p>
      <w:pPr>
        <w:spacing w:after="120"/>
        <w:shd w:fill="E9DCE2"/>
      </w:pPr>
      <w:r>
        <w:rPr>
          <w:b/>
        </w:rPr>
        <w:t>Ne dis pas seulement que tu peux faire le travail. Donne suffisamment de preuves pour que l'entreprise commence à t'imaginer en train de le faire.</w:t>
      </w:r>
    </w:p>
    <w:p>
      <w:pPr>
        <w:spacing w:after="120"/>
      </w:pPr>
      <w:r>
        <w:t>Document pédagogique. Les exemples sont fictifs et doivent être adaptés avec des expériences et résultats réels.</w:t>
      </w:r>
    </w:p>
    <w:sectPr w:rsidR="00FC693F" w:rsidRPr="0006063C" w:rsidSect="00034616">
      <w:footerReference w:type="default" r:id="rId9"/>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Héros De L'Ombre - Follow-up de valeur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0212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6F1D3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20212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6F1D3A"/>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